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2E74B5"/>
          <w:sz w:val="18"/>
        </w:rPr>
        <w:t>COMMITMENT LETTER</w:t>
      </w:r>
    </w:p>
    <w:p>
      <w:pPr>
        <w:spacing w:after="80"/>
      </w:pPr>
      <w:r>
        <w:rPr>
          <w:rFonts w:ascii="Calibri" w:hAnsi="Calibri"/>
          <w:b/>
          <w:i w:val="0"/>
          <w:color w:val="000000"/>
          <w:sz w:val="46"/>
        </w:rPr>
        <w:t>Commitment Letter</w:t>
      </w:r>
    </w:p>
    <w:p>
      <w:pPr>
        <w:spacing w:after="320"/>
      </w:pPr>
      <w:r>
        <w:rPr>
          <w:rFonts w:ascii="Calibri" w:hAnsi="Calibri"/>
          <w:b w:val="0"/>
          <w:i w:val="0"/>
          <w:color w:val="5F6368"/>
          <w:sz w:val="24"/>
        </w:rPr>
        <w:t>Prepared from the credit policy library and prior executed loan agreements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Loan ID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{{loan.id}}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Borrower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{{loan.borrower}}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Term sheet reference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{{loan.termSheetReference}}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Loan amount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{{loan.loanAmount}}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Status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{{loan.status}}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Prepared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{{letter.preparedOn}}</w:t>
            </w:r>
          </w:p>
        </w:tc>
      </w:tr>
    </w:tbl>
    <w:p>
      <w:pPr>
        <w:spacing w:after="0"/>
      </w:pPr>
    </w:p>
    <w:p>
      <w:pPr>
        <w:pStyle w:val="Heading2"/>
      </w:pPr>
      <w:r>
        <w:t>The policy at issue</w:t>
      </w:r>
    </w:p>
    <w:p>
      <w:r>
        <w:rPr>
          <w:rFonts w:ascii="Calibri" w:hAnsi="Calibri"/>
          <w:b w:val="0"/>
          <w:i w:val="0"/>
          <w:color w:val="000000"/>
          <w:sz w:val="22"/>
        </w:rPr>
        <w:t>{{terms.policyAtIssue}}</w:t>
      </w:r>
    </w:p>
    <w:p>
      <w:pPr>
        <w:pStyle w:val="Heading2"/>
      </w:pPr>
      <w:r>
        <w:t>What the borrower requested</w:t>
      </w:r>
    </w:p>
    <w:p>
      <w:r>
        <w:rPr>
          <w:rFonts w:ascii="Calibri" w:hAnsi="Calibri"/>
          <w:b w:val="0"/>
          <w:i w:val="0"/>
          <w:color w:val="000000"/>
          <w:sz w:val="22"/>
        </w:rPr>
        <w:t>{{terms.requestedPosition}}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Approved position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{{terms.approvedPosition}}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Approved exception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{{terms.exceptionPosition}}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Exception owner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{{terms.owner}}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Risk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{{terms.risk}}</w:t>
            </w:r>
          </w:p>
        </w:tc>
      </w:tr>
    </w:tbl>
    <w:p>
      <w:pPr>
        <w:spacing w:after="0"/>
      </w:pPr>
    </w:p>
    <w:p>
      <w:pPr>
        <w:pStyle w:val="Heading2"/>
      </w:pPr>
      <w:r>
        <w:t>What the borrower agreed before</w:t>
      </w:r>
    </w:p>
    <w:p>
      <w:r>
        <w:rPr>
          <w:rFonts w:ascii="Calibri" w:hAnsi="Calibri"/>
          <w:b w:val="0"/>
          <w:i w:val="0"/>
          <w:color w:val="000000"/>
          <w:sz w:val="22"/>
        </w:rPr>
        <w:t>{{precedent.summary}}</w:t>
      </w:r>
    </w:p>
    <w:p>
      <w:pPr>
        <w:pStyle w:val="Heading2"/>
      </w:pPr>
      <w:r>
        <w:t>Proposed terms</w:t>
      </w:r>
    </w:p>
    <w:p>
      <w:r>
        <w:rPr>
          <w:rFonts w:ascii="Calibri" w:hAnsi="Calibri"/>
          <w:b w:val="0"/>
          <w:i w:val="0"/>
          <w:color w:val="000000"/>
          <w:sz w:val="22"/>
        </w:rPr>
        <w:t>{{terms.proposedTerms}}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Prepared by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{{letter.preparedBy}}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Requires approval from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{{terms.owner}}</w:t>
            </w:r>
          </w:p>
        </w:tc>
      </w:tr>
    </w:tbl>
    <w:p>
      <w:pPr>
        <w:spacing w:after="0"/>
      </w:pPr>
    </w:p>
    <w:p>
      <w:pPr>
        <w:pStyle w:val="Heading2"/>
      </w:pPr>
      <w:r>
        <w:t>Note</w:t>
      </w:r>
    </w:p>
    <w:p>
      <w:r>
        <w:rPr>
          <w:rFonts w:ascii="Calibri" w:hAnsi="Calibri"/>
          <w:b w:val="0"/>
          <w:i w:val="0"/>
          <w:color w:val="000000"/>
          <w:sz w:val="22"/>
        </w:rPr>
        <w:t>This letter is a draft pending Credit Committee approval. It is not a commitment to lend, and it does not authorise signature or funding. {{terms.owner}} owns the decision on this exception.</w:t>
      </w:r>
    </w:p>
    <w:p>
      <w:pPr>
        <w:keepNext/>
      </w:pPr>
      <w:r>
        <w:t>Borrower signature</w:t>
        <w:br/>
      </w:r>
      <w:r>
        <w:rPr>
          <w:rFonts w:ascii="Calibri" w:hAnsi="Calibri"/>
          <w:b w:val="0"/>
          <w:i w:val="0"/>
          <w:color w:val="FFFFFF"/>
          <w:sz w:val="36"/>
        </w:rPr>
        <w:t>[[s|1|id:borrower_signature                    ]]</w:t>
      </w:r>
    </w:p>
    <w:p>
      <w:r>
        <w:t xml:space="preserve">Date signed: </w:t>
      </w:r>
      <w:r>
        <w:rPr>
          <w:rFonts w:ascii="Calibri" w:hAnsi="Calibri"/>
          <w:b w:val="0"/>
          <w:i w:val="0"/>
          <w:color w:val="FFFFFF"/>
          <w:sz w:val="20"/>
        </w:rPr>
        <w:t>[[d|1|id:borrower_signed_date]]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368"/>
        <w:sz w:val="16"/>
      </w:rPr>
      <w:t>Acme Bank | {{loan.id}}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i w:val="0"/>
        <w:color w:val="5F6368"/>
        <w:sz w:val="18"/>
      </w:rPr>
      <w:t>LOS Commitment Letter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Commitment Letter Template</dc:title>
  <dc:subject>Box DocGen template for the Harborview LOS demo</dc:subject>
  <dc:creator>Acme Bank LOS Demo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